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مبادىء الإحصاء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نداء محمد الصوص/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310451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مبادئ الإحصاء/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