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دنان حسين الجاد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علوم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