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الوصفي والإستدلالي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عيسى بدر/ عماد غصاب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