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الوصفي والتحليلي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السيد عامر/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977358125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