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الاستنتاج الإحصائي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نجاة رشيد الكيخيا/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