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الإحصاء التطبيقي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عبد العال النعيمي/ د حسن ياسين طعمة/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وائل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425ص.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9789957117405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الإحصاء/ الإحصاء الرياضي/ الإحصاء التجريبي/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