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عبد الوهاب بيبي/ أ علي حميدة/ أ فهيم لكحل/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الرياضيات في الجامعة(N°:None)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9961725042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