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طرق ومناهج 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عبد العال النعيمي/ أد عبد الجبار توفيق البياتي/ د غازي جمال خليفة/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الوراق/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001294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البحث العلمي/ الأبحاث/ أساليب البحث/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