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وائل عبد الرحمن التل/ أ عيسى محمد قحل/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المكتبات/ مناهج البحث/ العينات/ توثيق المصادر/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