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الأسلوب العلمي في كتابة البحث الجامعي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سمير محمد كبريت/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9789953537269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الأسلوب العلمي/ البحث الجامعي/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