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البحث العلمي : مفاهيمه - ادواته - طرقه الاحصائية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جودت عزت 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