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عقود 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هشام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382471010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