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Lotfi Saidane/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