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Hameida Ali/ Bibi Abdelouahab/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Les Mathématique a L'Université/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Les Mathématique a L'Université(N°:None)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9961725174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