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 mathématique series et intégrales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Arezki Kessi/ Abdelouahab Mahmoudi/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mathématiques à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