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de la recherche operationnelle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Abdlouahab Zaatri/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