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nombres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Duverney/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algèbre, arithmétique, nombre réel, série 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9782100512348</w:t>
            </w:r>
          </w:p>
        </w:tc>
      </w:tr>
    </w:tbl>
    <w:p>
      <w:pPr>
        <w:pStyle w:val="Heading3"/>
      </w:pPr>
      <w:r>
        <w:t>ملخص</w:t>
      </w:r>
    </w:p>
    <w:p>
      <w:r>
        <w:t>Une introduction à la théorie des nombres sous ses différents aspects : problème d'irrationalité et de transcendance, fractions continues, équations diophantiennes, formes quadratiques, fonctions arithmétiques et théories algébriques des nombres.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