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base de données, base de données relationnelle, informatique, programmation, système de gestion de base de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9782212122992</w:t>
            </w:r>
          </w:p>
        </w:tc>
      </w:tr>
    </w:tbl>
    <w:p>
      <w:pPr>
        <w:pStyle w:val="Heading3"/>
      </w:pPr>
      <w:r>
        <w:t>ملخص</w:t>
      </w:r>
    </w:p>
    <w:p>
      <w:r>
        <w:t>Adapté aux étudiants, cet ouvrage permet de découvrir SQL et les bases de données à travers Oracle. Des exemples et des exercices concrets pour apprendre la syntaxe de SQL et la gestion de bases de données sous environnement Windows : installation et configuration d'Oracle, création d'une base de données, interface SQL*Plus, programmation PL-SQL, gestion de BLOB...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