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Jean-Patrick Matheron/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265p.</w:t>
            </w:r>
          </w:p>
        </w:tc>
      </w:tr>
      <w:tr>
        <w:trPr>
          <w:trHeight w:val="567"/>
        </w:trPr>
        <w:tc>
          <w:tcPr>
            <w:tcW w:type="dxa" w:w="3000"/>
          </w:tcPr>
          <w:p>
            <w:r>
              <w:t>القياس</w:t>
            </w:r>
          </w:p>
        </w:tc>
        <w:tc>
          <w:tcPr>
            <w:tcW w:type="dxa" w:w="7000"/>
          </w:tcPr>
          <w:p>
            <w:r>
              <w:t>18*12</w:t>
            </w:r>
          </w:p>
        </w:tc>
      </w:tr>
      <w:tr>
        <w:trPr>
          <w:trHeight w:val="567"/>
        </w:trPr>
        <w:tc>
          <w:tcPr>
            <w:tcW w:type="dxa" w:w="3000"/>
          </w:tcPr>
          <w:p>
            <w:r>
              <w:t>ملاحظات عامة</w:t>
            </w:r>
          </w:p>
        </w:tc>
        <w:tc>
          <w:tcPr>
            <w:tcW w:type="dxa" w:w="7000"/>
          </w:tcPr>
          <w:p>
            <w:r>
              <w:t>base de données relationnelle, logiciel, modèle conceptuel des données, structure de données, système de gestion de base de données, système d'information, technologie objet, logique (mathématiques), théorie des graphes, ordonnancement, conception, méthodologie, modèle, optimisation</w:t>
            </w:r>
          </w:p>
        </w:tc>
      </w:tr>
      <w:tr>
        <w:trPr>
          <w:trHeight w:val="567"/>
        </w:trPr>
        <w:tc>
          <w:tcPr>
            <w:tcW w:type="dxa" w:w="3000"/>
          </w:tcPr>
          <w:p>
            <w:r>
              <w:t>الرقم المعياري</w:t>
            </w:r>
          </w:p>
        </w:tc>
        <w:tc>
          <w:tcPr>
            <w:tcW w:type="dxa" w:w="7000"/>
          </w:tcPr>
          <w:p>
            <w:r>
              <w:t>9782212075021</w:t>
            </w:r>
          </w:p>
        </w:tc>
      </w:tr>
    </w:tbl>
    <w:p>
      <w:pPr>
        <w:pStyle w:val="Heading3"/>
      </w:pPr>
      <w:r>
        <w:t>ملخص</w:t>
      </w:r>
    </w:p>
    <w:p>
      <w:r>
        <w:t>La méthode Merise, après quinze ans d'existence, est devenue un standard français en matière de conception des systèmes d'information. Ses nombreuses variantes et extensions actuelles reposent sur des principes communs auxquels cet ouvrage, dans sa nouvelle présentation au format poche, constitue une initiation pédagogique et rigoureuse destinée aussi bien aux étudiants qu'aux utilisateurs de la méthode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