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Comptabilité générale de l'entreprise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Cyrille Mandou/ </w:t>
            </w:r>
          </w:p>
        </w:tc>
      </w:tr>
      <w:tr>
        <w:trPr>
          <w:trHeight w:val="567"/>
        </w:trPr>
        <w:tc>
          <w:tcPr>
            <w:tcW w:type="dxa" w:w="3000"/>
          </w:tcPr>
          <w:p>
            <w:r>
              <w:t>الطبعة</w:t>
            </w:r>
          </w:p>
        </w:tc>
        <w:tc>
          <w:tcPr>
            <w:tcW w:type="dxa" w:w="7000"/>
          </w:tcPr>
          <w:p>
            <w:r>
              <w:t>2.éd</w:t>
            </w:r>
          </w:p>
        </w:tc>
      </w:tr>
      <w:tr>
        <w:trPr>
          <w:trHeight w:val="567"/>
        </w:trPr>
        <w:tc>
          <w:tcPr>
            <w:tcW w:type="dxa" w:w="3000"/>
          </w:tcPr>
          <w:p>
            <w:r>
              <w:t>العنوان البيبليوغرافي</w:t>
            </w:r>
          </w:p>
        </w:tc>
        <w:tc>
          <w:tcPr>
            <w:tcW w:type="dxa" w:w="7000"/>
          </w:tcPr>
          <w:p>
            <w:r>
              <w:t xml:space="preserve">De Boeck/ </w:t>
            </w:r>
          </w:p>
        </w:tc>
      </w:tr>
      <w:tr>
        <w:trPr>
          <w:trHeight w:val="567"/>
        </w:trPr>
        <w:tc>
          <w:tcPr>
            <w:tcW w:type="dxa" w:w="3000"/>
          </w:tcPr>
          <w:p>
            <w:r>
              <w:t>عدد الصفحات</w:t>
            </w:r>
          </w:p>
        </w:tc>
        <w:tc>
          <w:tcPr>
            <w:tcW w:type="dxa" w:w="7000"/>
          </w:tcPr>
          <w:p>
            <w:r>
              <w:t>184p.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comptabilité, comptabilité de gestion, financement de l'entreprise, entreprise, France</w:t>
            </w:r>
          </w:p>
        </w:tc>
      </w:tr>
      <w:tr>
        <w:trPr>
          <w:trHeight w:val="567"/>
        </w:trPr>
        <w:tc>
          <w:tcPr>
            <w:tcW w:type="dxa" w:w="3000"/>
          </w:tcPr>
          <w:p>
            <w:r>
              <w:t>الرقم المعياري</w:t>
            </w:r>
          </w:p>
        </w:tc>
        <w:tc>
          <w:tcPr>
            <w:tcW w:type="dxa" w:w="7000"/>
          </w:tcPr>
          <w:p>
            <w:r>
              <w:t>9782804156503</w:t>
            </w:r>
          </w:p>
        </w:tc>
      </w:tr>
      <w:tr>
        <w:trPr>
          <w:trHeight w:val="567"/>
        </w:trPr>
        <w:tc>
          <w:tcPr>
            <w:tcW w:type="dxa" w:w="3000"/>
          </w:tcPr>
          <w:p>
            <w:r>
              <w:t>الموضوع</w:t>
            </w:r>
          </w:p>
        </w:tc>
        <w:tc>
          <w:tcPr>
            <w:tcW w:type="dxa" w:w="7000"/>
          </w:tcPr>
          <w:p>
            <w:r>
              <w:t xml:space="preserve">Entreprise/ Comptabilité/ France/ financement de l'entreprise/ comptabilité de gestion/ </w:t>
            </w:r>
          </w:p>
        </w:tc>
      </w:tr>
    </w:tbl>
    <w:p>
      <w:pPr>
        <w:pStyle w:val="Heading3"/>
      </w:pPr>
      <w:r>
        <w:t>ملخص</w:t>
      </w:r>
    </w:p>
    <w:p>
      <w:r>
        <w:t>Cet ouvrage,  propose une présentation conceptuelle progressive de l'entreprise et des mécanismes comptables. Conçu comme un outil pédagogique et concret, il propose de nombreux exercices d'application entièrement corrigés. L'ambition de l'ouvrage est de permettre le décryptage et la compréhension des informations et instruments comptables, pour une utilisation performante des outils et procédures.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30/07/2026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