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avancée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Sébastien Varrette/ Nicolas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environnement de programmation, langage de programmation, programmation, réseau informatique, système d'exploitation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9782746215559</w:t>
            </w:r>
          </w:p>
        </w:tc>
      </w:tr>
    </w:tbl>
    <w:p>
      <w:pPr>
        <w:pStyle w:val="Heading3"/>
      </w:pPr>
      <w:r>
        <w:t>ملخص</w:t>
      </w:r>
    </w:p>
    <w:p>
      <w:r>
        <w:t>Une approche de la programmation en langage C qui associe dans un seul ouvrage une description du langage C et des sujets connexes (le débugage d'un programme, la programmation modulaire et bibliothèques, le langage C avec d'autres langages...), une introduction à la programmation POSIX, et plus de 75 exercices corrigés qui permettent d'assimiler les concepts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