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SQL pour oracle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Christian soutou/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base de données, base de données relationnelle, informatique, programmation, système de gestion de base de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9782212116977</w:t>
            </w:r>
          </w:p>
        </w:tc>
      </w:tr>
    </w:tbl>
    <w:p>
      <w:pPr>
        <w:pStyle w:val="Heading3"/>
      </w:pPr>
      <w:r>
        <w:t>ملخص</w:t>
      </w:r>
    </w:p>
    <w:p>
      <w:r>
        <w:t>Permet de découvrir SQL et les bases de données à travers Oracle9i et Oracle10g. Des exemples et des exercices concrets pour apprendre la syntaxe de SQL et la gestion de bases de données sous Oracle en environnement Windows : installation et configuration d'Oracle, création d'une base de données, etc. Le DVD-ROM contient Oracle9i et Oracle10g en version complète.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