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Naissance de la géologie historique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Gabriel Gohau/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INFLEXIONS(N°:None)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fossile, géologie, stratigraphie, tectonique, sciences de la terre, montagne, histoire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9782711753543</w:t>
            </w:r>
          </w:p>
        </w:tc>
      </w:tr>
    </w:tbl>
    <w:p>
      <w:pPr>
        <w:pStyle w:val="Heading3"/>
      </w:pPr>
      <w:r>
        <w:t>ملخص</w:t>
      </w:r>
    </w:p>
    <w:p>
      <w:r>
        <w:t>Si la géologie est une science expérimentale, elle s'intéresse aussi à l'histoire, celle de la succession irréversible d'événements qui ont eu lieu dans le passé de la Terre. L'ouvrage cherche à élucider la formation de cette science historique et non plus expérimentale.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