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des systèmes d'exoloitation avec java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A.Silberschatz/ P.B.Galvin/ G.Gagne/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6.éd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9782711748693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