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bases de données relationnelles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Ramon A .mata-toledo/ Pauline  K. Cushman/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9782100523641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