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UNIX et LINUX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Jean-Michel Léry/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9782744072208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