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cycle cellulaire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Simon Galas/ Simon Descamps/ Anne-Marie Martinez/ </w:t>
            </w:r>
          </w:p>
        </w:tc>
      </w:tr>
      <w:tr>
        <w:trPr>
          <w:trHeight w:val="567"/>
        </w:trPr>
        <w:tc>
          <w:tcPr>
            <w:tcW w:type="dxa" w:w="3000"/>
          </w:tcPr>
          <w:p>
            <w:r>
              <w:t>العنوان البيبليوغرافي</w:t>
            </w:r>
          </w:p>
        </w:tc>
        <w:tc>
          <w:tcPr>
            <w:tcW w:type="dxa" w:w="7000"/>
          </w:tcPr>
          <w:p>
            <w:r>
              <w:t xml:space="preserve">De Boeck/ </w:t>
            </w:r>
          </w:p>
        </w:tc>
      </w:tr>
      <w:tr>
        <w:trPr>
          <w:trHeight w:val="567"/>
        </w:trPr>
        <w:tc>
          <w:tcPr>
            <w:tcW w:type="dxa" w:w="3000"/>
          </w:tcPr>
          <w:p>
            <w:r>
              <w:t>عدد الصفحات</w:t>
            </w:r>
          </w:p>
        </w:tc>
        <w:tc>
          <w:tcPr>
            <w:tcW w:type="dxa" w:w="7000"/>
          </w:tcPr>
          <w:p>
            <w:r>
              <w:t>115p.</w:t>
            </w:r>
          </w:p>
        </w:tc>
      </w:tr>
      <w:tr>
        <w:trPr>
          <w:trHeight w:val="567"/>
        </w:trPr>
        <w:tc>
          <w:tcPr>
            <w:tcW w:type="dxa" w:w="3000"/>
          </w:tcPr>
          <w:p>
            <w:r>
              <w:t>القياس</w:t>
            </w:r>
          </w:p>
        </w:tc>
        <w:tc>
          <w:tcPr>
            <w:tcW w:type="dxa" w:w="7000"/>
          </w:tcPr>
          <w:p>
            <w:r>
              <w:t>19*15</w:t>
            </w:r>
          </w:p>
        </w:tc>
      </w:tr>
      <w:tr>
        <w:trPr>
          <w:trHeight w:val="567"/>
        </w:trPr>
        <w:tc>
          <w:tcPr>
            <w:tcW w:type="dxa" w:w="3000"/>
          </w:tcPr>
          <w:p>
            <w:r>
              <w:t>الرقم المعياري</w:t>
            </w:r>
          </w:p>
        </w:tc>
        <w:tc>
          <w:tcPr>
            <w:tcW w:type="dxa" w:w="7000"/>
          </w:tcPr>
          <w:p>
            <w:r>
              <w:t>9782804159474</w:t>
            </w:r>
          </w:p>
        </w:tc>
      </w:tr>
    </w:tbl>
    <w:p>
      <w:pPr>
        <w:pStyle w:val="Heading3"/>
      </w:pPr>
      <w:r>
        <w:t>ملخص</w:t>
      </w:r>
    </w:p>
    <w:p>
      <w:r>
        <w:t>une aide à l'acquisition des connaissances,</w:t>
        <w:br/>
        <w:br/>
        <w:t xml:space="preserve">    un outil de préparation des examens puisqu'il offre une vision synthétique du cours.</w:t>
        <w:br/>
        <w:br/>
        <w:t xml:space="preserve">    un manuel petit et léger, donc pratique à transporter.</w:t>
        <w:br/>
        <w:br/>
        <w:br/>
        <w:br/>
        <w:t>Les notions de base du Cycle cellulaire en moins de 150 pages !</w:t>
        <w:br/>
        <w:br/>
        <w:br/>
        <w:br/>
        <w:t>Cet ouvrage a été conçu pour faciliter les révisions en rassemblant les idées-clés. Il est écrit de façon simple (comme des fiches de synthèse), facilitant la lecture, la compréhension et l'assimilation. Les éléments importants sont classés de façon méthodique, notamment sous forme de tableaux, afin de faciliter la mémorisation et la synthèse.</w:t>
        <w:br/>
        <w:br/>
        <w:br/>
        <w:br/>
        <w:t>Les schémas aident à la compréhension des notions complexes et donnent une vision d'ensemble.</w:t>
        <w:br/>
        <w:br/>
        <w:br/>
        <w:br/>
        <w:t>Ce mémento Le cycle cellulaire rassemble les connaissances de base indispensables à la réussite du premier cycle.</w:t>
        <w:br/>
        <w:br/>
        <w:br/>
        <w:br/>
        <w:t>Les clés du cycle cellulaire : depuis la découverte de ses régulateurs moléculaires jusqu'à ses implications dans le développement et les cancers.</w:t>
        <w:br/>
        <w:br/>
        <w:br/>
        <w:br/>
        <w:t>Le cycle cellulaire est expliqué à l'aide d'exemples concrets et historiques, accompagné de fiches techniques pour aider à mieux comprendre les dernières publications.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07/11/2026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