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Code monetaire et financier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Mabrouk Belhocine/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99616671311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Banque d'Algérie/ Code monétaire/ code financier/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