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Finance d'entreprise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 Chiha/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9789961652800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