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comptabiité des sociétés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Mohand Cid Benaibouche/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9789961009840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l'entreprise/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