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Systèmes d'exploitation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Andrew Tanenbaum/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9782744072994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