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général de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Jean-Claude Labbe/ Jacques Mexmain/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9782729808617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