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L'algérie face aux défis de la mondialisation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Dr Abderrahmane Mebtoul/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9961005465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