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Boukhelifa/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 générale/ exercices/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