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Pierre Cau/ Raymonde Seïte/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605p.</w:t>
            </w:r>
          </w:p>
        </w:tc>
      </w:tr>
      <w:tr>
        <w:trPr>
          <w:trHeight w:val="567"/>
        </w:trPr>
        <w:tc>
          <w:tcPr>
            <w:tcW w:type="dxa" w:w="3000"/>
          </w:tcPr>
          <w:p>
            <w:r>
              <w:t>القياس</w:t>
            </w:r>
          </w:p>
        </w:tc>
        <w:tc>
          <w:tcPr>
            <w:tcW w:type="dxa" w:w="7000"/>
          </w:tcPr>
          <w:p>
            <w:r>
              <w:t>26*18</w:t>
            </w:r>
          </w:p>
        </w:tc>
      </w:tr>
      <w:tr>
        <w:trPr>
          <w:trHeight w:val="567"/>
        </w:trPr>
        <w:tc>
          <w:tcPr>
            <w:tcW w:type="dxa" w:w="3000"/>
          </w:tcPr>
          <w:p>
            <w:r>
              <w:t>الرقم المعياري</w:t>
            </w:r>
          </w:p>
        </w:tc>
        <w:tc>
          <w:tcPr>
            <w:tcW w:type="dxa" w:w="7000"/>
          </w:tcPr>
          <w:p>
            <w:r>
              <w:t>9782729830809</w:t>
            </w:r>
          </w:p>
        </w:tc>
      </w:tr>
    </w:tbl>
    <w:p>
      <w:pPr>
        <w:pStyle w:val="Heading3"/>
      </w:pPr>
      <w:r>
        <w:t>ملخص</w:t>
      </w:r>
    </w:p>
    <w:p>
      <w:r>
        <w:t>La quatrième édition revue et mise à jour du "Cours de Biologie Cellulaire" est destinée aux étudiants du premier cycle des Facultés de Médecine, de Pharmacie et d'Odontologie et plus généralement aux étudiants en Biologie (Sciences, Ecoles Vétérinaires, Classes Préparatoires, Master...).</w:t>
        <w:br/>
        <w:br/>
        <w:br/>
        <w:br/>
        <w:t>Cet ouvrage pourra être consulté avec profit par tous ceux qui ressentent la nécessité d'actualiser leurs connaissances dans un domaine en pleine évolution et qui est devenu indispensable à la compréhension des grandes fonctions biologiques et à celle de leurs dérèglements. Peut-être cet ouvrage pourrait-il aussi convaincre les rédacteurs des nouveaux programmes que la Biologie Cellulaire a toute sa place dans l'enseignement de la médecine ?...</w:t>
        <w:br/>
        <w:br/>
        <w:br/>
        <w:br/>
        <w:t>Ce cours présente en treize chapitres les bases de Biologie Cellulaire, en commencant par un exposé de la Théorie Cellulaire, une présentation résumée et analytique des notions de base de la Chimie cellulaire, un exposé des principales Méthodes d'étude qui sont le point de départ du progrès des connaissances dans le domaine. Les compartiments cellulaires sont ensuite abordés successivement, de la membrane plasmique au noyau. L'ouvrage se termine par un avant-dernier chapitre concernant la régulation de l'expression des gènes, qui introduit des notions apparues récemment mais très importantes en Biologie et en Médecine, l'épigénétique, les microARN et les cellules souches. Le dernier chapitre aborde les mécanismes de la communication intercellulaire, qui représentent une vision plus intégrée de l'ensemble des données.</w:t>
        <w:br/>
        <w:br/>
        <w:br/>
        <w:br/>
        <w:t>Chacun des chapitres est abondamment illustré par des schémas didactiques souvent originaux, destinés à faciliter la compréhension des données et leur mémorisation. Chaque chapitre se termine par une liste sélectionnée de sites web comportant de l'iconographie, des séquences animées, des séquences vidéo. Certaines de ces séquences ont été publiées sur le site web des périodiques en supplément des articles scientifiques, dont la référence bibliographique est mentionnée.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