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nouveau regard sur la n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cques Debys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688398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