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génétique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J.Etienne/ E.Clauser/ C.Housset/ P.Roingeard/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9782294021312</w:t>
            </w:r>
          </w:p>
        </w:tc>
      </w:tr>
    </w:tbl>
    <w:p>
      <w:pPr>
        <w:pStyle w:val="Heading3"/>
      </w:pPr>
      <w:r>
        <w:t>ملخص</w:t>
      </w:r>
    </w:p>
    <w:p>
      <w:r>
        <w:t>L'ouvrage traite de la biochimie des acides nucléiques et de l'expression du génome - notions fondamentales et données nouvelles - et expose les principaux outils et techniques de la biologie moléculaire et leurs applications&lt; dans la recherche fondamentale, l'industrie pharmaceutique, la médecine et dans le domaine de la thérapie génique.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