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Jean-Marie Morvan/ Gilbert Monna/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9782854288322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