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279p.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9782100510559</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w:t>
        <w:br/>
        <w:br/>
        <w:br/>
        <w:br/>
        <w:t>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