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Mohamed mehbali/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101033712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06/11/2026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