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Oxford practice grammar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Eastwood/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9780194309134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