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100 Phrasal Verbs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إنجليزية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BOURAOUI IBRAHIM EL KHALIL/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/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Oxford University Press/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110p.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24*16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9780194315838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