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Writing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Christopher Tribble/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9780194371414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