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ad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atherine Walla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3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