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yl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eter verdon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24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