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Linguistics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H.G.Widdowson/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Oxford University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20*13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9780194372060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