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ne ey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otte bron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25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