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grammar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Raymond Murphy/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9780521537629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