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ockw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ruce Mcgow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4074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