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An Illustrated History Of the USA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إنجليزية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Bryn O'Callaghan/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Pearson  Education/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144p.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25*20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9780582749214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